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24221F"/>
          <w:sz w:val="32"/>
        </w:rPr>
        <w:t>[Your full name]</w:t>
      </w:r>
    </w:p>
    <w:p>
      <w:r>
        <w:rPr>
          <w:rFonts w:ascii="Arial" w:hAnsi="Arial"/>
          <w:color w:val="24221F"/>
          <w:sz w:val="22"/>
        </w:rPr>
        <w:t>[Your town or region] | [Your professional email] | [Your phone number]</w:t>
      </w:r>
    </w:p>
    <w:p>
      <w:r>
        <w:rPr>
          <w:rFonts w:ascii="Arial" w:hAnsi="Arial"/>
          <w:color w:val="24221F"/>
          <w:sz w:val="22"/>
        </w:rPr>
        <w:t>[Date]</w:t>
      </w:r>
    </w:p>
    <w:p>
      <w:r>
        <w:rPr>
          <w:rFonts w:ascii="Arial" w:hAnsi="Arial"/>
          <w:color w:val="24221F"/>
          <w:sz w:val="22"/>
        </w:rPr>
        <w:t>[Recipient's name, if known]</w:t>
        <w:br/>
        <w:t>[Recipient's job title]</w:t>
        <w:br/>
        <w:t>[Employer name]</w:t>
        <w:br/>
        <w:t>[Employer address line 1]</w:t>
        <w:br/>
        <w:t>[Town or city and postcode]</w:t>
      </w:r>
    </w:p>
    <w:p>
      <w:r>
        <w:rPr>
          <w:rFonts w:ascii="Arial" w:hAnsi="Arial"/>
          <w:color w:val="24221F"/>
          <w:sz w:val="22"/>
        </w:rPr>
        <w:t>Dear [Name or appropriate general greeting]</w:t>
      </w:r>
    </w:p>
    <w:p>
      <w:r>
        <w:rPr>
          <w:rFonts w:ascii="Arial" w:hAnsi="Arial"/>
          <w:b/>
          <w:color w:val="24221F"/>
          <w:sz w:val="22"/>
        </w:rPr>
        <w:t>Application for [exact role title] ([reference number, if supplied])</w:t>
      </w:r>
    </w:p>
    <w:p>
      <w:r>
        <w:rPr>
          <w:rFonts w:ascii="Arial" w:hAnsi="Arial"/>
          <w:color w:val="24221F"/>
          <w:sz w:val="22"/>
        </w:rPr>
        <w:t>State the exact role, where you found it and one sentence connecting your relevant background or direction to this application.</w:t>
      </w:r>
    </w:p>
    <w:p>
      <w:r>
        <w:rPr>
          <w:rFonts w:ascii="Arial" w:hAnsi="Arial"/>
          <w:color w:val="24221F"/>
          <w:sz w:val="22"/>
        </w:rPr>
        <w:t>Choose one requirement from the advert. Describe a truthful situation, your action and a result you can support.</w:t>
      </w:r>
    </w:p>
    <w:p>
      <w:r>
        <w:rPr>
          <w:rFonts w:ascii="Arial" w:hAnsi="Arial"/>
          <w:color w:val="24221F"/>
          <w:sz w:val="22"/>
        </w:rPr>
        <w:t>Connect another relevant strength to specific work, priorities or services you found in the vacancy or on the employer's website.</w:t>
      </w:r>
    </w:p>
    <w:p>
      <w:r>
        <w:rPr>
          <w:rFonts w:ascii="Arial" w:hAnsi="Arial"/>
          <w:color w:val="24221F"/>
          <w:sz w:val="22"/>
        </w:rPr>
        <w:t>Confirm your interest, point to the attached CV, thank the reader and state the best way to contact you.</w:t>
      </w:r>
    </w:p>
    <w:p>
      <w:r>
        <w:rPr>
          <w:rFonts w:ascii="Arial" w:hAnsi="Arial"/>
          <w:color w:val="24221F"/>
          <w:sz w:val="22"/>
        </w:rPr>
        <w:t>Yours [sincerely or faithfully]</w:t>
        <w:br/>
        <w:t>[Your full name]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80" w:line="259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letter: blank writing template</dc:title>
  <dc:subject/>
  <dc:creator>CVTemplates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