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  <w:color w:val="24221F"/>
          <w:sz w:val="50"/>
        </w:rPr>
        <w:t>Lewis Morgan</w:t>
      </w:r>
    </w:p>
    <w:p>
      <w:r>
        <w:rPr>
          <w:rFonts w:ascii="Arial" w:hAnsi="Arial"/>
          <w:b/>
          <w:color w:val="24221F"/>
          <w:sz w:val="22"/>
        </w:rPr>
        <w:t>Retail Assistant / Customer Service Apprentice</w:t>
      </w:r>
    </w:p>
    <w:p>
      <w:pPr>
        <w:spacing w:after="120"/>
      </w:pPr>
      <w:r>
        <w:rPr>
          <w:rFonts w:ascii="Arial" w:hAnsi="Arial"/>
          <w:color w:val="24221F"/>
          <w:sz w:val="18"/>
        </w:rPr>
        <w:t>Cardiff | 07700 900104 | lewis.morgan@example.com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Profile</w:t>
      </w:r>
    </w:p>
    <w:p>
      <w:pPr/>
      <w:r>
        <w:rPr>
          <w:rFonts w:ascii="Arial" w:hAnsi="Arial"/>
          <w:color w:val="24221F"/>
          <w:sz w:val="22"/>
        </w:rPr>
        <w:t>Reliable school leaver who enjoys helping customers and keeping shared spaces organised. Built confidence handling stock, simple payments and questions during a retail placement and school events. Looking for a customer service apprenticeship or retail assistant role with structured training and responsibility.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Education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GCSEs | Taffside Community School | 2024–2026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English Language B, Mathematics B, Double Award Science BC, Business B, Geography C, Welsh Second Language C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Completed a Business enterprise project: worked in a team of five to price, promote and sell reusable drinks bottles, recording a £146 surplus for the school charity fund.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Experience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Retail Work Experience | Willow Street Books, Cardiff | February 2026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Welcomed customers, found titles using the shop catalogue and referred complex requests to a colleague.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Priced and shelved deliveries accurately and kept displays tidy.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Observed cash and card transactions, then completed supervised low-value sales.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Volunteer Refreshment Assistant | Taffside Community School | September 2024–present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Set up stalls for concerts and sports evenings and served visitors politely during busy periods.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Counted stock before and after events and reported totals to the supervising teacher.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Neighbourhood car washing | Summers 2024 and 2025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Arranged bookings, brought supplies and completed agreed work on time for regular local customers.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Skills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Friendly face-to-face communication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Basic cash handling and stock counting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Punctuality and following instructions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Microsoft Word, PowerPoint and Google Workspace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Conversational Welsh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Interests and achievements</w:t>
      </w:r>
    </w:p>
    <w:p>
      <w:pPr/>
      <w:r>
        <w:rPr>
          <w:rFonts w:ascii="Arial" w:hAnsi="Arial"/>
          <w:color w:val="24221F"/>
          <w:sz w:val="22"/>
        </w:rPr>
        <w:t>Cardiff Youth Badminton Club member; attend weekly training and helped welcome new junior members. Bronze Duke of Edinburgh's Award, including volunteering and a team expedition.</w:t>
      </w:r>
    </w:p>
    <w:sectPr w:rsidR="00FC693F" w:rsidRPr="0006063C" w:rsidSect="00034616"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45" w:lineRule="auto" w:after="80"/>
    </w:pPr>
    <w:rPr>
      <w:rFonts w:ascii="Arial" w:hAnsi="Arial"/>
      <w:color w:val="24221F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742F45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Arial" w:hAnsi="Arial"/>
      <w:color w:val="24221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5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School-leaver CV template</dc:title>
  <dc:subject>Original fictional example for personal job applications</dc:subject>
  <dc:creator>CVTemplates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