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24221F"/>
          <w:sz w:val="50"/>
        </w:rPr>
        <w:t>Kerry Walsh</w:t>
      </w:r>
    </w:p>
    <w:p>
      <w:r>
        <w:rPr>
          <w:rFonts w:ascii="Arial" w:hAnsi="Arial"/>
          <w:b/>
          <w:color w:val="24221F"/>
          <w:sz w:val="22"/>
        </w:rPr>
        <w:t>Teaching Assistant</w:t>
      </w:r>
    </w:p>
    <w:p>
      <w:pPr>
        <w:spacing w:after="120"/>
      </w:pPr>
      <w:r>
        <w:rPr>
          <w:rFonts w:ascii="Arial" w:hAnsi="Arial"/>
          <w:color w:val="24221F"/>
          <w:sz w:val="18"/>
        </w:rPr>
        <w:t>Bristol | 07700 900216 | kerry.walsh@example.com</w:t>
      </w:r>
    </w:p>
    <w:p>
      <w:pPr>
        <w:pStyle w:val="Heading1"/>
      </w:pPr>
      <w:r>
        <w:rPr>
          <w:rFonts w:ascii="Arial" w:hAnsi="Arial"/>
          <w:color w:val="742F45"/>
          <w:sz w:val="22"/>
        </w:rPr>
        <w:t>Profile</w:t>
      </w:r>
    </w:p>
    <w:p>
      <w:pPr/>
      <w:r>
        <w:rPr>
          <w:rFonts w:ascii="Arial" w:hAnsi="Arial"/>
          <w:color w:val="24221F"/>
          <w:sz w:val="22"/>
        </w:rPr>
        <w:t>Customer service supervisor moving into a teaching assistant role. Volunteers each week as a reading helper in a primary school, listening to Year 2 pupils read and noting their progress for the class teacher. Coaches an under-9s football team. Studying for a Level 2 Certificate in Supporting Teaching and Learning, due to finish in March 2027. Looking for a term-time post in Key Stage 1 or 2.</w:t>
      </w:r>
    </w:p>
    <w:p>
      <w:pPr>
        <w:pStyle w:val="Heading1"/>
      </w:pPr>
      <w:r>
        <w:rPr>
          <w:rFonts w:ascii="Arial" w:hAnsi="Arial"/>
          <w:color w:val="742F45"/>
          <w:sz w:val="22"/>
        </w:rPr>
        <w:t>Experience with children</w:t>
      </w:r>
    </w:p>
    <w:p>
      <w:pPr>
        <w:keepNext/>
      </w:pPr>
      <w:r>
        <w:rPr>
          <w:rFonts w:ascii="Arial" w:hAnsi="Arial"/>
          <w:b/>
          <w:color w:val="24221F"/>
          <w:sz w:val="22"/>
        </w:rPr>
        <w:t>Volunteer Reading Helper | Harnwood Primary School, Bristol | September 2025–present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Listen to six Year 2 pupils read every Tuesday morning, using the prompts the class teacher gives.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Note what each child read and the words they found hard in their reading record.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Follow the school's volunteer safeguarding procedure and pass any concern to the designated safeguarding lead.</w:t>
      </w:r>
    </w:p>
    <w:p>
      <w:pPr>
        <w:keepNext/>
      </w:pPr>
      <w:r>
        <w:rPr>
          <w:rFonts w:ascii="Arial" w:hAnsi="Arial"/>
          <w:b/>
          <w:color w:val="24221F"/>
          <w:sz w:val="22"/>
        </w:rPr>
        <w:t>Volunteer Assistant Coach | Bramblefield Juniors FC, Bristol | 2024–present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Help run weekly training for 12 children, setting up drills and making sure everyone gets a turn.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Calm children who are upset after a match and hand each child back to a named parent at collection.</w:t>
      </w:r>
    </w:p>
    <w:p>
      <w:pPr>
        <w:pStyle w:val="Heading1"/>
      </w:pPr>
      <w:r>
        <w:rPr>
          <w:rFonts w:ascii="Arial" w:hAnsi="Arial"/>
          <w:color w:val="742F45"/>
          <w:sz w:val="22"/>
        </w:rPr>
        <w:t>Employment</w:t>
      </w:r>
    </w:p>
    <w:p>
      <w:pPr>
        <w:keepNext/>
      </w:pPr>
      <w:r>
        <w:rPr>
          <w:rFonts w:ascii="Arial" w:hAnsi="Arial"/>
          <w:b/>
          <w:color w:val="24221F"/>
          <w:sz w:val="22"/>
        </w:rPr>
        <w:t>Customer Service Supervisor | Greenway Supermarket, Bristol | 2019–present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Train new staff one step at a time and check each task before they work alone.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Deal with complaints calmly and agree a fix the customer accepts.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Keep accurate till and stock records and leave clear notes for the next shift.</w:t>
      </w:r>
    </w:p>
    <w:p>
      <w:pPr>
        <w:keepNext/>
      </w:pPr>
      <w:r>
        <w:rPr>
          <w:rFonts w:ascii="Arial" w:hAnsi="Arial"/>
          <w:b/>
          <w:color w:val="24221F"/>
          <w:sz w:val="22"/>
        </w:rPr>
        <w:t>Retail Assistant | Greenway Supermarket, Bristol | 2016–2019</w:t>
      </w:r>
    </w:p>
    <w:p>
      <w:pPr>
        <w:pStyle w:val="Heading1"/>
      </w:pPr>
      <w:r>
        <w:rPr>
          <w:rFonts w:ascii="Arial" w:hAnsi="Arial"/>
          <w:color w:val="742F45"/>
          <w:sz w:val="22"/>
        </w:rPr>
        <w:t>Qualifications and training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Level 2 Certificate in Supporting Teaching and Learning, in progress (finishing March 2027)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Emergency First Aid at Work (2025)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Safeguarding training for volunteers, Harnwood Primary School (2025)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GCSEs including English (C) and Mathematics (C), Fairmead School, Bristol (2014)</w:t>
      </w:r>
    </w:p>
    <w:p>
      <w:pPr>
        <w:pStyle w:val="Heading1"/>
      </w:pPr>
      <w:r>
        <w:rPr>
          <w:rFonts w:ascii="Arial" w:hAnsi="Arial"/>
          <w:color w:val="742F45"/>
          <w:sz w:val="22"/>
        </w:rPr>
        <w:t>Skills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Explaining a task one step at a time and checking it has been understood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Staying calm with upset or frustrated people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Accurate records and handover notes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Microsoft Word, Excel and Google Workspace</w:t>
      </w:r>
    </w:p>
    <w:p>
      <w:pPr>
        <w:pStyle w:val="Heading1"/>
      </w:pPr>
      <w:r>
        <w:rPr>
          <w:rFonts w:ascii="Arial" w:hAnsi="Arial"/>
          <w:color w:val="742F45"/>
          <w:sz w:val="22"/>
        </w:rPr>
        <w:t>Additional information</w:t>
      </w:r>
    </w:p>
    <w:p>
      <w:pPr/>
      <w:r>
        <w:rPr>
          <w:rFonts w:ascii="Arial" w:hAnsi="Arial"/>
          <w:color w:val="24221F"/>
          <w:sz w:val="22"/>
        </w:rPr>
        <w:t>Enhanced DBS check completed in 2025 for the volunteer reading role. Available for term-time work, Monday to Friday.</w:t>
      </w:r>
    </w:p>
    <w:sectPr w:rsidR="00FC693F" w:rsidRPr="0006063C" w:rsidSect="00034616">
      <w:pgSz w:w="11906" w:h="16838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45" w:lineRule="auto" w:after="80"/>
    </w:pPr>
    <w:rPr>
      <w:rFonts w:ascii="Arial" w:hAnsi="Arial"/>
      <w:color w:val="24221F"/>
      <w:sz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742F45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Georgia" w:hAnsi="Georgia"/>
      <w:color w:val="24221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rFonts w:ascii="Arial" w:hAnsi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Teaching assistant CV with no experience</dc:title>
  <dc:subject>Original fictional example for personal job applications</dc:subject>
  <dc:creator>CVTemplates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